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התאמה: תמרור ← משמעות ← 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תמרור למשמעות בכביש ולערך בחיים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https://tamrurei-siach.sites.tab.bot/sort.html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נוסעים בשני הכיוונים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לא הולכים כאן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ממתינים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הדרך נעשית צרה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כאן עוצר האוטובוס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כאן הולכים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הקשבה הדדית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בחירת דרך בטוחה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איפוק ויושרה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לפנות מקום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כבוד במרחב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מרחב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אזהרה – שימו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חובה או איסור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מידע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עצירה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משחק התאמה: תמרור ← משמעות ← ערך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התבוננו בתמרורים הממוספרים, ואז התאימו.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wowa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ped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row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zon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738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6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תנועה דו־כיוונית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כאן עוצר האוטובוס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אסור להולכי 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לא הולכים כאן ברגל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רמזור הולכי רגל – אדום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ממתינים על המדרכה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הדרך מצרה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כאן הולכים ברגל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5. תחנת אוטובוס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נוסעים בשני הכיוונים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6. דרך להולכי 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הדרך נעשית צרה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משמעות ← ערך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בשני הכיוונים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לפנות מקום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הולכים כאן ברגל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כבוד במרחב משותף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ממתינים על המדרכה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מרחב משותף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הדרך נעשית צרה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הקשבה הדדית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עוצר האוטובוס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איפוק ויושרה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הולכים ברגל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בחירת דרך בטוחה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צורות של תמרורים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🔺 משולש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עצירה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⭕ עיגול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מידע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🟦 ריבוע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אזהרה – שימו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 מתומן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חובה או איסור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איזה ערך מהתרגיל הכי חשוב לכם בכיתה? כתבו למה.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התאמה: תמרור ← משמעות ← ערך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