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משחק התאמה: תמרור ← משמעות ← 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להתאים תמרור למשמעות בכביש ולערך בחיים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https://tamrurei-siach.sites.tab.bot/sort.html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נוסעים רק בכיוון החץ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אסור להיכנס מכאן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נוסעים בזהירות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לא יותר מ־50 קמ"ש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הדדיות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גבולות אישיים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עידוד והתקדמות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שמירה על כללים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אזהרה – שימו לב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חובה או איסור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מידע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עצירה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🧩 משחק התאמה: תמרור ← משמעות ← ערך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התבוננו בתמרורים הממוספרים, ואז התאימו.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כביש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🛣️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road · дорога · መንገድ · شارع · route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🚶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sidewalk · тротуар · የእግረኛ መንገድ · رصيف · trottoir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מעבר חציה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crosswalk · пешеходный переход · የእግረኛ መሻገሪያ · ممر مشاة · passage piéton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🚦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traffic light · светофор · የትራፊክ መብራት · إشارة ضوئية · feu de circulation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תמרור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road sign · дорожный знак · የትራፊክ ምልክት · شاخصة مرور · panneau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stop · стоп · ቁም · قف · stop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קסדה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⛑️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helmet · шлем · የራስ ቁር · خوذة · casque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חגורה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seatbelt · ремень безопасности · የደህንነት ቀበቶ · حزام الأمان · ceinture de sécurité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אופניים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🚲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bicycle · велосипед · ብስክሌት · دراجة هوائية · vélo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קורקינט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scooter · самокат · ስኩተር · سكوتر · trottinette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תמרור ← משמעות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neway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entry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ghtgreen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peed5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4</w:t>
            </w:r>
          </w:p>
        </w:tc>
      </w:tr>
    </w:tbl>
    <w:p>
      <w:pPr>
        <w:bidi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1. רחוב חד־סטרי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נוסעים בזהירות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2. אין כניסה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אסור להיכנס מכאן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3. רמזור ירוק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לא יותר מ־50 קמ"ש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4. מהירות מרבית 50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נוסעים רק בכיוון החץ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משמעות ← ערך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נוסעים רק בכיוון החץ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הדדיות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אסור להיכנס מכאן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גבולות אישיים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נוסעים בזהירות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שמירה על כללים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יותר מ־50 קמ"ש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עידוד והתקדמות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צורות של תמרורים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🔺 משולש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אזהרה – שימו לב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⭕ עיגול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חובה או איסור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🟦 ריבוע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עצירה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🛑 מתומן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מידע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הסבר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איזה ערך מהתרגיל הכי חשוב לכם בכיתה? כתבו למה.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 התאמה: תמרור ← משמעות ← ערך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